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D35DE0" w14:textId="77777777" w:rsidR="001F2361" w:rsidRDefault="00000000">
      <w:pPr>
        <w:pStyle w:val="Title"/>
      </w:pPr>
      <w:r>
        <w:t>Terms, Conditions &amp; Privacy Statement</w:t>
      </w:r>
    </w:p>
    <w:p w14:paraId="7AC5375C" w14:textId="77777777" w:rsidR="001F2361" w:rsidRDefault="00000000">
      <w:r>
        <w:t>Please read these terms and conditions carefully before booking a session with WaveCrest Swimming.</w:t>
      </w:r>
    </w:p>
    <w:p w14:paraId="7AE9AE38" w14:textId="77777777" w:rsidR="001F2361" w:rsidRDefault="00000000">
      <w:r>
        <w:t>They explain our booking and payment requirements, cancellation policies, safety procedures and how we handle your personal information.</w:t>
      </w:r>
    </w:p>
    <w:p w14:paraId="71CD8676" w14:textId="77777777" w:rsidR="001F2361" w:rsidRDefault="00000000">
      <w:r>
        <w:t>Different cancellation conditions apply depending on the service you book. Please ensure you read the section relevant to your booking.</w:t>
      </w:r>
    </w:p>
    <w:p w14:paraId="74AC6143" w14:textId="77777777" w:rsidR="001F2361" w:rsidRDefault="00000000">
      <w:r>
        <w:t>By confirming a booking, you agree to the applicable terms and conditions, subject to your statutory consumer rights.</w:t>
      </w:r>
    </w:p>
    <w:p w14:paraId="141C460C" w14:textId="77777777" w:rsidR="001F2361" w:rsidRDefault="00000000">
      <w:r>
        <w:t>For questions, please visit our FAQs or contact cassandra@wavecrestswimming.com.</w:t>
      </w:r>
    </w:p>
    <w:p w14:paraId="1BB7F3D5" w14:textId="77777777" w:rsidR="001F2361" w:rsidRDefault="00000000">
      <w:pPr>
        <w:pStyle w:val="Heading1"/>
      </w:pPr>
      <w:r>
        <w:t>1. Bookings, Payments and Cancellation Policies</w:t>
      </w:r>
    </w:p>
    <w:p w14:paraId="7B11F211" w14:textId="77777777" w:rsidR="001F2361" w:rsidRDefault="00000000">
      <w:pPr>
        <w:pStyle w:val="Heading2"/>
      </w:pPr>
      <w:r>
        <w:t>1.1 One-to-One, Two-to-One, Video Analysis and Small Group Coaching</w:t>
      </w:r>
    </w:p>
    <w:p w14:paraId="7A805F26" w14:textId="77777777" w:rsidR="001F2361" w:rsidRDefault="00000000">
      <w:r>
        <w:t>This section applies to individual pool and open water coaching sessions, including:</w:t>
      </w:r>
    </w:p>
    <w:p w14:paraId="29CF2114" w14:textId="77777777" w:rsidR="001F2361" w:rsidRDefault="00000000">
      <w:pPr>
        <w:pStyle w:val="ListBullet"/>
      </w:pPr>
      <w:r>
        <w:t>One-to-one (1:1) coaching</w:t>
      </w:r>
    </w:p>
    <w:p w14:paraId="0A34C1E1" w14:textId="77777777" w:rsidR="001F2361" w:rsidRDefault="00000000">
      <w:pPr>
        <w:pStyle w:val="ListBullet"/>
      </w:pPr>
      <w:r>
        <w:t>Two-to-one (2:1) coaching</w:t>
      </w:r>
    </w:p>
    <w:p w14:paraId="24FE7E67" w14:textId="77777777" w:rsidR="001F2361" w:rsidRDefault="00000000">
      <w:pPr>
        <w:pStyle w:val="ListBullet"/>
      </w:pPr>
      <w:r>
        <w:t>Small group coaching</w:t>
      </w:r>
    </w:p>
    <w:p w14:paraId="5243E898" w14:textId="77777777" w:rsidR="001F2361" w:rsidRDefault="00000000">
      <w:pPr>
        <w:pStyle w:val="ListBullet"/>
      </w:pPr>
      <w:r>
        <w:t>Video analysis sessions</w:t>
      </w:r>
    </w:p>
    <w:p w14:paraId="123EEB62" w14:textId="77777777" w:rsidR="001F2361" w:rsidRDefault="00000000">
      <w:r>
        <w:t>These conditions do not apply to termly Swim Squad bookings.</w:t>
      </w:r>
    </w:p>
    <w:p w14:paraId="12D8D21D" w14:textId="77777777" w:rsidR="001F2361" w:rsidRDefault="00000000">
      <w:pPr>
        <w:pStyle w:val="Heading3"/>
      </w:pPr>
      <w:r>
        <w:t>Booking and payment</w:t>
      </w:r>
    </w:p>
    <w:p w14:paraId="23016F44" w14:textId="77777777" w:rsidR="001F2361" w:rsidRDefault="00000000">
      <w:r>
        <w:t>A minimum payment of 50% of the total session fee is required to confirm your booking.</w:t>
      </w:r>
    </w:p>
    <w:p w14:paraId="0916372F" w14:textId="77777777" w:rsidR="001F2361" w:rsidRDefault="00000000">
      <w:r>
        <w:t>The remaining 50% may be paid at the time of booking but must be paid in full before the session takes place.</w:t>
      </w:r>
    </w:p>
    <w:p w14:paraId="344FB162" w14:textId="77777777" w:rsidR="001F2361" w:rsidRDefault="00000000">
      <w:r>
        <w:t>Any non-refundable pool, lane or venue hire fees will be clearly communicated before booking.</w:t>
      </w:r>
    </w:p>
    <w:p w14:paraId="7054D5FD" w14:textId="77777777" w:rsidR="001F2361" w:rsidRDefault="00000000">
      <w:pPr>
        <w:pStyle w:val="Heading3"/>
      </w:pPr>
      <w:r>
        <w:t>Customer cancellations</w:t>
      </w:r>
    </w:p>
    <w:tbl>
      <w:tblPr>
        <w:tblStyle w:val="LightShading-Accent1"/>
        <w:tblW w:w="0" w:type="auto"/>
        <w:jc w:val="center"/>
        <w:tblLook w:val="04A0" w:firstRow="1" w:lastRow="0" w:firstColumn="1" w:lastColumn="0" w:noHBand="0" w:noVBand="1"/>
      </w:tblPr>
      <w:tblGrid>
        <w:gridCol w:w="4896"/>
        <w:gridCol w:w="4896"/>
      </w:tblGrid>
      <w:tr w:rsidR="001F2361" w14:paraId="46B6D297" w14:textId="77777777" w:rsidTr="001F23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01A23F81" w14:textId="77777777" w:rsidR="001F2361" w:rsidRDefault="00000000">
            <w:r>
              <w:t>Notice given</w:t>
            </w:r>
          </w:p>
        </w:tc>
        <w:tc>
          <w:tcPr>
            <w:tcW w:w="4896" w:type="dxa"/>
          </w:tcPr>
          <w:p w14:paraId="486ADD41" w14:textId="77777777" w:rsidR="001F2361" w:rsidRDefault="00000000">
            <w:pPr>
              <w:cnfStyle w:val="100000000000" w:firstRow="1" w:lastRow="0" w:firstColumn="0" w:lastColumn="0" w:oddVBand="0" w:evenVBand="0" w:oddHBand="0" w:evenHBand="0" w:firstRowFirstColumn="0" w:firstRowLastColumn="0" w:lastRowFirstColumn="0" w:lastRowLastColumn="0"/>
            </w:pPr>
            <w:r>
              <w:t>Cancellation policy</w:t>
            </w:r>
          </w:p>
        </w:tc>
      </w:tr>
      <w:tr w:rsidR="001F2361" w14:paraId="0CA591B4" w14:textId="77777777" w:rsidTr="001F23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EB9D733" w14:textId="77777777" w:rsidR="001F2361" w:rsidRDefault="00000000">
            <w:r>
              <w:t>More than 7 days</w:t>
            </w:r>
          </w:p>
        </w:tc>
        <w:tc>
          <w:tcPr>
            <w:tcW w:w="4896" w:type="dxa"/>
          </w:tcPr>
          <w:p w14:paraId="6A81B264" w14:textId="77777777" w:rsidR="001F2361" w:rsidRDefault="00000000">
            <w:pPr>
              <w:cnfStyle w:val="000000100000" w:firstRow="0" w:lastRow="0" w:firstColumn="0" w:lastColumn="0" w:oddVBand="0" w:evenVBand="0" w:oddHBand="1" w:evenHBand="0" w:firstRowFirstColumn="0" w:firstRowLastColumn="0" w:lastRowFirstColumn="0" w:lastRowLastColumn="0"/>
            </w:pPr>
            <w:r>
              <w:t>Full refund, excluding disclosed non-refundable pool or venue hire costs</w:t>
            </w:r>
          </w:p>
        </w:tc>
      </w:tr>
      <w:tr w:rsidR="001F2361" w14:paraId="0CBCA3E4" w14:textId="77777777" w:rsidTr="001F236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6D36508" w14:textId="77777777" w:rsidR="001F2361" w:rsidRDefault="00000000">
            <w:r>
              <w:t>Between 48 hours and 7 days</w:t>
            </w:r>
          </w:p>
        </w:tc>
        <w:tc>
          <w:tcPr>
            <w:tcW w:w="4896" w:type="dxa"/>
          </w:tcPr>
          <w:p w14:paraId="36D7B80D" w14:textId="77777777" w:rsidR="001F2361" w:rsidRDefault="00000000">
            <w:pPr>
              <w:cnfStyle w:val="000000000000" w:firstRow="0" w:lastRow="0" w:firstColumn="0" w:lastColumn="0" w:oddVBand="0" w:evenVBand="0" w:oddHBand="0" w:evenHBand="0" w:firstRowFirstColumn="0" w:firstRowLastColumn="0" w:lastRowFirstColumn="0" w:lastRowLastColumn="0"/>
            </w:pPr>
            <w:r>
              <w:t>50% of the total booking fee refundable, subject to applicable venue costs</w:t>
            </w:r>
          </w:p>
        </w:tc>
      </w:tr>
      <w:tr w:rsidR="001F2361" w14:paraId="3B6E2097" w14:textId="77777777" w:rsidTr="001F23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BE81B26" w14:textId="77777777" w:rsidR="001F2361" w:rsidRDefault="00000000">
            <w:r>
              <w:t>Less than 48 hours</w:t>
            </w:r>
          </w:p>
        </w:tc>
        <w:tc>
          <w:tcPr>
            <w:tcW w:w="4896" w:type="dxa"/>
          </w:tcPr>
          <w:p w14:paraId="526658EB" w14:textId="77777777" w:rsidR="001F2361" w:rsidRDefault="00000000">
            <w:pPr>
              <w:cnfStyle w:val="000000100000" w:firstRow="0" w:lastRow="0" w:firstColumn="0" w:lastColumn="0" w:oddVBand="0" w:evenVBand="0" w:oddHBand="1" w:evenHBand="0" w:firstRowFirstColumn="0" w:firstRowLastColumn="0" w:lastRowFirstColumn="0" w:lastRowLastColumn="0"/>
            </w:pPr>
            <w:r>
              <w:t>Full session fee payable</w:t>
            </w:r>
          </w:p>
        </w:tc>
      </w:tr>
      <w:tr w:rsidR="001F2361" w14:paraId="1B0958EC" w14:textId="77777777" w:rsidTr="001F236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0AE505F1" w14:textId="77777777" w:rsidR="001F2361" w:rsidRDefault="00000000">
            <w:r>
              <w:t>No-show without notification</w:t>
            </w:r>
          </w:p>
        </w:tc>
        <w:tc>
          <w:tcPr>
            <w:tcW w:w="4896" w:type="dxa"/>
          </w:tcPr>
          <w:p w14:paraId="0F21B42A" w14:textId="77777777" w:rsidR="001F2361" w:rsidRDefault="00000000">
            <w:pPr>
              <w:cnfStyle w:val="000000000000" w:firstRow="0" w:lastRow="0" w:firstColumn="0" w:lastColumn="0" w:oddVBand="0" w:evenVBand="0" w:oddHBand="0" w:evenHBand="0" w:firstRowFirstColumn="0" w:firstRowLastColumn="0" w:lastRowFirstColumn="0" w:lastRowLastColumn="0"/>
            </w:pPr>
            <w:r>
              <w:t>Full session fee payable</w:t>
            </w:r>
          </w:p>
        </w:tc>
      </w:tr>
    </w:tbl>
    <w:p w14:paraId="50A508E9" w14:textId="77777777" w:rsidR="001F2361" w:rsidRDefault="00000000">
      <w:r>
        <w:t>Less than 48 hours  Full session fee payable</w:t>
      </w:r>
    </w:p>
    <w:p w14:paraId="6653AECE" w14:textId="77777777" w:rsidR="001F2361" w:rsidRDefault="00000000">
      <w:r>
        <w:t>No-show without notification Full session fee payable</w:t>
      </w:r>
    </w:p>
    <w:p w14:paraId="3365FEB6" w14:textId="77777777" w:rsidR="001F2361" w:rsidRDefault="00000000">
      <w:r>
        <w:t>Cancellation charges are subject to applicable consumer law and will be applied fairly, taking account of costs incurred and any losses avoided.</w:t>
      </w:r>
    </w:p>
    <w:p w14:paraId="6AE958D7" w14:textId="77777777" w:rsidR="001F2361" w:rsidRDefault="00000000">
      <w:r>
        <w:t>Where exceptional circumstances prevent attendance, WaveCrest Swimming may consider an alternative arrangement or refund on an individual basis.</w:t>
      </w:r>
    </w:p>
    <w:p w14:paraId="15023050" w14:textId="77777777" w:rsidR="001F2361" w:rsidRDefault="00000000">
      <w:pPr>
        <w:pStyle w:val="Heading3"/>
      </w:pPr>
      <w:r>
        <w:t>Replacement swimmers</w:t>
      </w:r>
    </w:p>
    <w:p w14:paraId="10041873" w14:textId="77777777" w:rsidR="001F2361" w:rsidRDefault="00000000">
      <w:r>
        <w:t>Where a swimmer is unable to attend, WaveCrest Swimming may agree to another swimmer taking their place.</w:t>
      </w:r>
    </w:p>
    <w:p w14:paraId="082AADC7" w14:textId="77777777" w:rsidR="001F2361" w:rsidRDefault="00000000">
      <w:r>
        <w:lastRenderedPageBreak/>
        <w:t>For private 1:1 coaching, replacement swimmers do not need to have the same swimming ability as the original swimmer, provided the replacement can safely participate in the booked session.</w:t>
      </w:r>
    </w:p>
    <w:p w14:paraId="68594F08" w14:textId="77777777" w:rsidR="001F2361" w:rsidRDefault="00000000">
      <w:r>
        <w:t>All replacements must be approved in advance and complete any necessary booking and medical information.</w:t>
      </w:r>
    </w:p>
    <w:p w14:paraId="4539D866" w14:textId="77777777" w:rsidR="001F2361" w:rsidRDefault="00000000">
      <w:r>
        <w:t>Any payment arrangements between the original and replacement swimmer are their responsibility.</w:t>
      </w:r>
    </w:p>
    <w:p w14:paraId="572F8982" w14:textId="77777777" w:rsidR="001F2361" w:rsidRDefault="00000000">
      <w:pPr>
        <w:pStyle w:val="Heading3"/>
      </w:pPr>
      <w:r>
        <w:t>Pool and lane hire fees</w:t>
      </w:r>
    </w:p>
    <w:p w14:paraId="55BB32DE" w14:textId="77777777" w:rsidR="001F2361" w:rsidRDefault="00000000">
      <w:r>
        <w:t>Pool and lane hire fees are often committed in advance and cannot be recovered by WaveCrest Swimming.</w:t>
      </w:r>
    </w:p>
    <w:p w14:paraId="099B450B" w14:textId="77777777" w:rsidR="001F2361" w:rsidRDefault="00000000">
      <w:r>
        <w:t>Where these fees have been clearly disclosed as non-refundable, they will normally be deducted from any applicable refund, subject to consumer law.</w:t>
      </w:r>
    </w:p>
    <w:p w14:paraId="24B47B08" w14:textId="77777777" w:rsidR="001F2361" w:rsidRDefault="00000000">
      <w:pPr>
        <w:pStyle w:val="Heading2"/>
      </w:pPr>
      <w:r>
        <w:t>1.2 Swim Squad – Termly Bookings</w:t>
      </w:r>
    </w:p>
    <w:p w14:paraId="3AE0B90C" w14:textId="77777777" w:rsidR="001F2361" w:rsidRDefault="00000000">
      <w:r>
        <w:t>Swim Squad operates differently from private coaching sessions.</w:t>
      </w:r>
    </w:p>
    <w:p w14:paraId="5A27E4B7" w14:textId="77777777" w:rsidR="001F2361" w:rsidRDefault="00000000">
      <w:r>
        <w:t>All Swim Squad places are booked and paid for on a termly basis.</w:t>
      </w:r>
    </w:p>
    <w:p w14:paraId="477E14C6" w14:textId="77777777" w:rsidR="001F2361" w:rsidRDefault="00000000">
      <w:pPr>
        <w:pStyle w:val="Heading3"/>
      </w:pPr>
      <w:r>
        <w:t>Booking and payment</w:t>
      </w:r>
    </w:p>
    <w:p w14:paraId="4AEFD708" w14:textId="77777777" w:rsidR="001F2361" w:rsidRDefault="00000000">
      <w:pPr>
        <w:pStyle w:val="ListBullet"/>
      </w:pPr>
      <w:r>
        <w:t>Full payment (100% of the termly fee) is required to secure your place.</w:t>
      </w:r>
    </w:p>
    <w:p w14:paraId="6E192558" w14:textId="77777777" w:rsidR="001F2361" w:rsidRDefault="00000000">
      <w:pPr>
        <w:pStyle w:val="ListBullet"/>
      </w:pPr>
      <w:r>
        <w:t>Your booking is not confirmed until payment has been received.</w:t>
      </w:r>
    </w:p>
    <w:p w14:paraId="55BAA032" w14:textId="77777777" w:rsidR="001F2361" w:rsidRDefault="00000000">
      <w:pPr>
        <w:pStyle w:val="ListBullet"/>
      </w:pPr>
      <w:r>
        <w:t>You are paying to reserve your space for the entire term, rather than paying only for the sessions you attend.</w:t>
      </w:r>
    </w:p>
    <w:p w14:paraId="73A08856" w14:textId="77777777" w:rsidR="001F2361" w:rsidRDefault="00000000">
      <w:pPr>
        <w:pStyle w:val="ListBullet"/>
      </w:pPr>
      <w:r>
        <w:t>The termly fee covers coaching provision, your reserved space and the fixed costs associated with pool hire.</w:t>
      </w:r>
    </w:p>
    <w:p w14:paraId="709B33D7" w14:textId="77777777" w:rsidR="001F2361" w:rsidRDefault="00000000">
      <w:pPr>
        <w:pStyle w:val="Heading3"/>
      </w:pPr>
      <w:r>
        <w:t>Missed sessions and cancellations</w:t>
      </w:r>
    </w:p>
    <w:p w14:paraId="0D20AED4" w14:textId="77777777" w:rsidR="001F2361" w:rsidRDefault="00000000">
      <w:r>
        <w:t>Once a booking has been confirmed, missed sessions are not normally eligible for a refund, credit or transfer to another term.</w:t>
      </w:r>
    </w:p>
    <w:p w14:paraId="39DFA7E6" w14:textId="77777777" w:rsidR="001F2361" w:rsidRDefault="00000000">
      <w:r>
        <w:t>This includes absences due to holidays, work commitments, changes in availability or personal arrangements.</w:t>
      </w:r>
    </w:p>
    <w:p w14:paraId="5438F4D3" w14:textId="77777777" w:rsidR="001F2361" w:rsidRDefault="00000000">
      <w:r>
        <w:t>These conditions reflect the costs involved in securing pool space and maintaining limited squad numbers.</w:t>
      </w:r>
    </w:p>
    <w:p w14:paraId="28152D6D" w14:textId="77777777" w:rsidR="001F2361" w:rsidRDefault="00000000">
      <w:pPr>
        <w:pStyle w:val="Heading3"/>
      </w:pPr>
      <w:r>
        <w:t>Exceptional circumstances</w:t>
      </w:r>
    </w:p>
    <w:p w14:paraId="4F7C8238" w14:textId="77777777" w:rsidR="001F2361" w:rsidRDefault="00000000">
      <w:r>
        <w:t>WaveCrest Swimming understands that circumstances outside a swimmer's control can occasionally prevent attendance.</w:t>
      </w:r>
    </w:p>
    <w:p w14:paraId="769C6D17" w14:textId="77777777" w:rsidR="001F2361" w:rsidRDefault="00000000">
      <w:r>
        <w:t>Where this happens, we will consider requests for a partial refund, credit or alternative arrangement on an individual basis.</w:t>
      </w:r>
    </w:p>
    <w:p w14:paraId="6A1207E2" w14:textId="77777777" w:rsidR="001F2361" w:rsidRDefault="00000000">
      <w:r>
        <w:t>To request consideration:</w:t>
      </w:r>
    </w:p>
    <w:p w14:paraId="50C564F5" w14:textId="77777777" w:rsidR="001F2361" w:rsidRDefault="00000000">
      <w:pPr>
        <w:pStyle w:val="ListBullet"/>
      </w:pPr>
      <w:r>
        <w:t>Please contact WaveCrest Swimming as soon as reasonably possible.</w:t>
      </w:r>
    </w:p>
    <w:p w14:paraId="3FBEEE82" w14:textId="77777777" w:rsidR="001F2361" w:rsidRDefault="00000000">
      <w:pPr>
        <w:pStyle w:val="ListBullet"/>
      </w:pPr>
      <w:r>
        <w:t>Explain the circumstances preventing attendance.</w:t>
      </w:r>
    </w:p>
    <w:p w14:paraId="1AD0D376" w14:textId="77777777" w:rsidR="001F2361" w:rsidRDefault="00000000">
      <w:pPr>
        <w:pStyle w:val="ListBullet"/>
      </w:pPr>
      <w:r>
        <w:t>Reasonable supporting evidence may be requested where appropriate.</w:t>
      </w:r>
    </w:p>
    <w:p w14:paraId="584D0E5D" w14:textId="77777777" w:rsidR="001F2361" w:rsidRDefault="00000000">
      <w:pPr>
        <w:pStyle w:val="ListBullet"/>
      </w:pPr>
      <w:r>
        <w:t>Any evidence provided will be handled confidentially.</w:t>
      </w:r>
    </w:p>
    <w:p w14:paraId="1F2CDDFA" w14:textId="77777777" w:rsidR="001F2361" w:rsidRDefault="00000000">
      <w:pPr>
        <w:pStyle w:val="ListBullet"/>
      </w:pPr>
      <w:r>
        <w:t>Decisions will consider the circumstances, remaining sessions, costs already incurred and applicable consumer rights.</w:t>
      </w:r>
    </w:p>
    <w:p w14:paraId="174C91A5" w14:textId="77777777" w:rsidR="001F2361" w:rsidRDefault="00000000">
      <w:r>
        <w:t>Providing evidence does not automatically guarantee a refund.</w:t>
      </w:r>
    </w:p>
    <w:p w14:paraId="6F7C27E7" w14:textId="77777777" w:rsidR="001F2361" w:rsidRDefault="00000000">
      <w:r>
        <w:t>No-shows: Failure to attend without prior notification will not normally qualify for a discretionary refund. However, where the circumstances genuinely prevented advance notification, this will be considered.</w:t>
      </w:r>
    </w:p>
    <w:p w14:paraId="0913B545" w14:textId="77777777" w:rsidR="001F2361" w:rsidRDefault="00000000">
      <w:pPr>
        <w:pStyle w:val="Heading3"/>
      </w:pPr>
      <w:r>
        <w:t>Replacement swimmers and shared spaces</w:t>
      </w:r>
    </w:p>
    <w:p w14:paraId="541DBE34" w14:textId="77777777" w:rsidR="001F2361" w:rsidRDefault="00000000">
      <w:r>
        <w:t>At the discretion of WaveCrest Swimming, you may arrange for another swimmer to attend in your place.</w:t>
      </w:r>
    </w:p>
    <w:p w14:paraId="1416BC31" w14:textId="77777777" w:rsidR="001F2361" w:rsidRDefault="00000000">
      <w:r>
        <w:t>The following conditions apply:</w:t>
      </w:r>
    </w:p>
    <w:p w14:paraId="473E5B79" w14:textId="77777777" w:rsidR="001F2361" w:rsidRDefault="00000000">
      <w:pPr>
        <w:pStyle w:val="ListBullet"/>
      </w:pPr>
      <w:r>
        <w:lastRenderedPageBreak/>
        <w:t>The replacement swimmer must be of a similar or higher ability and meet the minimum requirements of the squad.</w:t>
      </w:r>
    </w:p>
    <w:p w14:paraId="3E480939" w14:textId="77777777" w:rsidR="001F2361" w:rsidRDefault="00000000">
      <w:pPr>
        <w:pStyle w:val="ListBullet"/>
      </w:pPr>
      <w:r>
        <w:t>WaveCrest Swimming must approve the replacement before they attend.</w:t>
      </w:r>
    </w:p>
    <w:p w14:paraId="6C96A87F" w14:textId="77777777" w:rsidR="001F2361" w:rsidRDefault="00000000">
      <w:pPr>
        <w:pStyle w:val="ListBullet"/>
      </w:pPr>
      <w:r>
        <w:t>The replacement must complete any necessary registration, medical declarations and acceptance of terms.</w:t>
      </w:r>
    </w:p>
    <w:p w14:paraId="6ACAF357" w14:textId="77777777" w:rsidR="001F2361" w:rsidRDefault="00000000">
      <w:pPr>
        <w:pStyle w:val="ListBullet"/>
      </w:pPr>
      <w:r>
        <w:t>Finding a replacement swimmer is the responsibility of the original swimmer.</w:t>
      </w:r>
    </w:p>
    <w:p w14:paraId="06E63D55" w14:textId="77777777" w:rsidR="001F2361" w:rsidRDefault="00000000">
      <w:pPr>
        <w:pStyle w:val="ListBullet"/>
      </w:pPr>
      <w:r>
        <w:t>Any reimbursement must be arranged directly between the swimmers.</w:t>
      </w:r>
    </w:p>
    <w:p w14:paraId="49CB8892" w14:textId="77777777" w:rsidR="001F2361" w:rsidRDefault="00000000">
      <w:pPr>
        <w:pStyle w:val="ListBullet"/>
      </w:pPr>
      <w:r>
        <w:t>WaveCrest Swimming will not collect, transfer or recover money between swimmers.</w:t>
      </w:r>
    </w:p>
    <w:p w14:paraId="204326B4" w14:textId="77777777" w:rsidR="001F2361" w:rsidRDefault="00000000">
      <w:r>
        <w:t>The original termly booking remains in place unless WaveCrest Swimming agrees otherwise.</w:t>
      </w:r>
    </w:p>
    <w:p w14:paraId="4B307CD0" w14:textId="77777777" w:rsidR="001F2361" w:rsidRDefault="00000000">
      <w:pPr>
        <w:pStyle w:val="Heading3"/>
      </w:pPr>
      <w:r>
        <w:t>Pool hire contributions</w:t>
      </w:r>
    </w:p>
    <w:p w14:paraId="1E3124F6" w14:textId="77777777" w:rsidR="001F2361" w:rsidRDefault="00000000">
      <w:r>
        <w:t>A proportion of every Swim Squad fee contributes towards pool hire.</w:t>
      </w:r>
    </w:p>
    <w:p w14:paraId="5E63AC56" w14:textId="77777777" w:rsidR="001F2361" w:rsidRDefault="00000000">
      <w:r>
        <w:t>These costs are committed in advance and are not normally refundable when an individual swimmer cannot attend.</w:t>
      </w:r>
    </w:p>
    <w:p w14:paraId="30D73736" w14:textId="77777777" w:rsidR="001F2361" w:rsidRDefault="00000000">
      <w:r>
        <w:t>Where a replacement swimmer is approved, the session space and associated pool hire contribution may be transferred to them.</w:t>
      </w:r>
    </w:p>
    <w:p w14:paraId="4B6DCF89" w14:textId="77777777" w:rsidR="001F2361" w:rsidRDefault="00000000">
      <w:r>
        <w:t>Any financial reimbursement is the responsibility of the swimmers involved.</w:t>
      </w:r>
    </w:p>
    <w:p w14:paraId="4EBF8818" w14:textId="77777777" w:rsidR="001F2361" w:rsidRDefault="00000000">
      <w:r>
        <w:t>Exceptional refund requests will be considered fairly and in accordance with consumer law.</w:t>
      </w:r>
    </w:p>
    <w:p w14:paraId="24D4EBF1" w14:textId="77777777" w:rsidR="001F2361" w:rsidRDefault="00000000">
      <w:pPr>
        <w:pStyle w:val="Heading2"/>
      </w:pPr>
      <w:r>
        <w:t>1.3 Workshops, Clinics and Bespoke Sessions</w:t>
      </w:r>
    </w:p>
    <w:p w14:paraId="176C539F" w14:textId="77777777" w:rsidR="001F2361" w:rsidRDefault="00000000">
      <w:r>
        <w:t>This section applies to specialist workshops, day clinics, bespoke coaching and sessions organised with third-party providers.</w:t>
      </w:r>
    </w:p>
    <w:p w14:paraId="31D0B0C9" w14:textId="77777777" w:rsidR="001F2361" w:rsidRDefault="00000000">
      <w:r>
        <w:t>Payment requirements will be confirmed at the time of booking.</w:t>
      </w:r>
    </w:p>
    <w:p w14:paraId="2E1AE770" w14:textId="77777777" w:rsidR="001F2361" w:rsidRDefault="00000000">
      <w:r>
        <w:t>Cancellations made within five days of a booked session will normally be charged at the full rate unless a suitable replacement participant can be found.</w:t>
      </w:r>
    </w:p>
    <w:p w14:paraId="592D740D" w14:textId="77777777" w:rsidR="001F2361" w:rsidRDefault="00000000">
      <w:r>
        <w:t>No-shows are normally non-refundable.</w:t>
      </w:r>
    </w:p>
    <w:p w14:paraId="3FC9F1B0" w14:textId="77777777" w:rsidR="001F2361" w:rsidRDefault="00000000">
      <w:r>
        <w:t>Exceptional circumstances will be considered individually, subject to applicable consumer rights.</w:t>
      </w:r>
    </w:p>
    <w:p w14:paraId="4149B40B" w14:textId="77777777" w:rsidR="001F2361" w:rsidRDefault="00000000">
      <w:pPr>
        <w:pStyle w:val="Heading2"/>
      </w:pPr>
      <w:r>
        <w:t>1.4 Cancellation or Rescheduling by WaveCrest Swimming</w:t>
      </w:r>
    </w:p>
    <w:p w14:paraId="438CF24C" w14:textId="77777777" w:rsidR="001F2361" w:rsidRDefault="00000000">
      <w:r>
        <w:t>Occasionally, WaveCrest Swimming may need to cancel, postpone or reschedule sessions because of circumstances such as:</w:t>
      </w:r>
    </w:p>
    <w:p w14:paraId="11382175" w14:textId="77777777" w:rsidR="001F2361" w:rsidRDefault="00000000">
      <w:pPr>
        <w:pStyle w:val="ListBullet"/>
      </w:pPr>
      <w:r>
        <w:t>Adverse weather or unsafe water conditions</w:t>
      </w:r>
    </w:p>
    <w:p w14:paraId="316842CC" w14:textId="77777777" w:rsidR="001F2361" w:rsidRDefault="00000000">
      <w:pPr>
        <w:pStyle w:val="ListBullet"/>
      </w:pPr>
      <w:r>
        <w:t>Pool or lake closures</w:t>
      </w:r>
    </w:p>
    <w:p w14:paraId="07D755EB" w14:textId="77777777" w:rsidR="001F2361" w:rsidRDefault="00000000">
      <w:pPr>
        <w:pStyle w:val="ListBullet"/>
      </w:pPr>
      <w:r>
        <w:t>Instructions from venue operators</w:t>
      </w:r>
    </w:p>
    <w:p w14:paraId="6B07C89F" w14:textId="77777777" w:rsidR="001F2361" w:rsidRDefault="00000000">
      <w:pPr>
        <w:pStyle w:val="ListBullet"/>
      </w:pPr>
      <w:r>
        <w:t>Coach illness or unavoidable commitments</w:t>
      </w:r>
    </w:p>
    <w:p w14:paraId="24A87B11" w14:textId="77777777" w:rsidR="001F2361" w:rsidRDefault="00000000">
      <w:pPr>
        <w:pStyle w:val="ListBullet"/>
      </w:pPr>
      <w:r>
        <w:t>Other safety or operational concerns</w:t>
      </w:r>
    </w:p>
    <w:p w14:paraId="6E860607" w14:textId="77777777" w:rsidR="001F2361" w:rsidRDefault="00000000">
      <w:r>
        <w:t>We will endeavour to give as much notice as reasonably possible.</w:t>
      </w:r>
    </w:p>
    <w:p w14:paraId="26A225FE" w14:textId="77777777" w:rsidR="001F2361" w:rsidRDefault="00000000">
      <w:r>
        <w:t>Where we cancel a session and cannot provide the agreed service, swimmers will be offered an appropriate alternative date or refund for the affected session in accordance with their statutory rights.</w:t>
      </w:r>
    </w:p>
    <w:p w14:paraId="359846E2" w14:textId="77777777" w:rsidR="001F2361" w:rsidRDefault="00000000">
      <w:r>
        <w:t>WaveCrest Swimming is not responsible for additional expenses, such as travel or accommodation, except where liability cannot lawfully be excluded.</w:t>
      </w:r>
    </w:p>
    <w:p w14:paraId="2DE41C20" w14:textId="77777777" w:rsidR="001F2361" w:rsidRDefault="00000000">
      <w:pPr>
        <w:pStyle w:val="Heading1"/>
      </w:pPr>
      <w:r>
        <w:lastRenderedPageBreak/>
        <w:t>2. Health, Safety and Participation</w:t>
      </w:r>
    </w:p>
    <w:p w14:paraId="2317D12B" w14:textId="77777777" w:rsidR="001F2361" w:rsidRDefault="00000000">
      <w:pPr>
        <w:pStyle w:val="Heading2"/>
      </w:pPr>
      <w:r>
        <w:t>2.1 Medical Fitness and Health Information</w:t>
      </w:r>
    </w:p>
    <w:p w14:paraId="63C0146B" w14:textId="77777777" w:rsidR="001F2361" w:rsidRDefault="00000000">
      <w:r>
        <w:t>By participating in a WaveCrest Swimming session, you confirm that you have provided accurate and relevant information about any medical conditions, injuries, disabilities or other circumstances that could affect your safety in the water.</w:t>
      </w:r>
    </w:p>
    <w:p w14:paraId="5ADC36BE" w14:textId="77777777" w:rsidR="001F2361" w:rsidRDefault="00000000">
      <w:r>
        <w:t>You agree to inform your coach of any changes to your health or fitness that may affect your ability to participate safely.</w:t>
      </w:r>
    </w:p>
    <w:p w14:paraId="4D2D0A1D" w14:textId="77777777" w:rsidR="001F2361" w:rsidRDefault="00000000">
      <w:r>
        <w:t>Having a medical condition does not automatically prevent participation. WaveCrest Swimming will consider individual needs, reasonable adjustments and whether the session can be delivered safely.</w:t>
      </w:r>
    </w:p>
    <w:p w14:paraId="53E9D460" w14:textId="77777777" w:rsidR="001F2361" w:rsidRDefault="00000000">
      <w:pPr>
        <w:pStyle w:val="Heading2"/>
      </w:pPr>
      <w:r>
        <w:t>2.2 Understanding the Risks</w:t>
      </w:r>
    </w:p>
    <w:p w14:paraId="4C85388C" w14:textId="77777777" w:rsidR="001F2361" w:rsidRDefault="00000000">
      <w:r>
        <w:t>Swimming, particularly in open water, carries inherent risks.</w:t>
      </w:r>
    </w:p>
    <w:p w14:paraId="2DD72C40" w14:textId="77777777" w:rsidR="001F2361" w:rsidRDefault="00000000">
      <w:r>
        <w:t>These may include cold water exposure, fatigue, environmental hazards, injury and, in serious circumstances, drowning.</w:t>
      </w:r>
    </w:p>
    <w:p w14:paraId="32C9617A" w14:textId="77777777" w:rsidR="001F2361" w:rsidRDefault="00000000">
      <w:r>
        <w:t>By participating, you acknowledge these risks and agree to follow the safety instructions provided.</w:t>
      </w:r>
    </w:p>
    <w:p w14:paraId="72AD5112" w14:textId="77777777" w:rsidR="001F2361" w:rsidRDefault="00000000">
      <w:r>
        <w:t>WaveCrest Swimming takes reasonable steps to manage risks through appropriate coaching, supervision, risk assessments and venue safety procedures.</w:t>
      </w:r>
    </w:p>
    <w:p w14:paraId="7E0C11E0" w14:textId="77777777" w:rsidR="001F2361" w:rsidRDefault="00000000">
      <w:r>
        <w:t>Nothing in these terms excludes or limits liability for death or personal injury caused by negligence, or any other liability that cannot legally be excluded.</w:t>
      </w:r>
    </w:p>
    <w:p w14:paraId="3016C59F" w14:textId="77777777" w:rsidR="001F2361" w:rsidRDefault="00000000">
      <w:pPr>
        <w:pStyle w:val="Heading2"/>
      </w:pPr>
      <w:r>
        <w:t>2.3 Following Safety Instructions</w:t>
      </w:r>
    </w:p>
    <w:p w14:paraId="74A8395A" w14:textId="77777777" w:rsidR="001F2361" w:rsidRDefault="00000000">
      <w:r>
        <w:t>All swimmers must:</w:t>
      </w:r>
    </w:p>
    <w:p w14:paraId="74AD34AB" w14:textId="77777777" w:rsidR="001F2361" w:rsidRDefault="00000000">
      <w:pPr>
        <w:pStyle w:val="ListBullet"/>
      </w:pPr>
      <w:r>
        <w:t>Follow instructions from WaveCrest Swimming coaches, lifeguards and venue staff.</w:t>
      </w:r>
    </w:p>
    <w:p w14:paraId="33CA7171" w14:textId="77777777" w:rsidR="001F2361" w:rsidRDefault="00000000">
      <w:pPr>
        <w:pStyle w:val="ListBullet"/>
      </w:pPr>
      <w:r>
        <w:t>Enter and exit the water only at designated points.</w:t>
      </w:r>
    </w:p>
    <w:p w14:paraId="786ED67C" w14:textId="77777777" w:rsidR="001F2361" w:rsidRDefault="00000000">
      <w:pPr>
        <w:pStyle w:val="ListBullet"/>
      </w:pPr>
      <w:r>
        <w:t>Respect the rules and operating procedures of the venue.</w:t>
      </w:r>
    </w:p>
    <w:p w14:paraId="4F275C77" w14:textId="77777777" w:rsidR="001F2361" w:rsidRDefault="00000000">
      <w:pPr>
        <w:pStyle w:val="ListBullet"/>
      </w:pPr>
      <w:r>
        <w:t>Inform their coach if they feel unwell, unsafe or unable to continue.</w:t>
      </w:r>
    </w:p>
    <w:p w14:paraId="34132004" w14:textId="77777777" w:rsidR="001F2361" w:rsidRDefault="00000000">
      <w:pPr>
        <w:pStyle w:val="ListBullet"/>
      </w:pPr>
      <w:r>
        <w:t>Treat other swimmers, coaches and venue staff respectfully.</w:t>
      </w:r>
    </w:p>
    <w:p w14:paraId="5CC00AAD" w14:textId="77777777" w:rsidR="001F2361" w:rsidRDefault="00000000">
      <w:r>
        <w:t>WaveCrest Swimming reserves the right to stop or refuse participation where there is a genuine safety concern.</w:t>
      </w:r>
    </w:p>
    <w:p w14:paraId="4E6664CA" w14:textId="77777777" w:rsidR="001F2361" w:rsidRDefault="00000000">
      <w:pPr>
        <w:pStyle w:val="Heading2"/>
      </w:pPr>
      <w:r>
        <w:t>2.4 Session Times and Early Finishes</w:t>
      </w:r>
    </w:p>
    <w:p w14:paraId="49358056" w14:textId="77777777" w:rsidR="001F2361" w:rsidRDefault="00000000">
      <w:r>
        <w:t>Advertised session times refer to the allocated coaching session, not necessarily the total time spent swimming.</w:t>
      </w:r>
    </w:p>
    <w:p w14:paraId="24892CC0" w14:textId="77777777" w:rsidR="001F2361" w:rsidRDefault="00000000">
      <w:r>
        <w:t>Sessions may include safety briefings, technical discussions, demonstrations, video analysis and feedback.</w:t>
      </w:r>
    </w:p>
    <w:p w14:paraId="3D867C7F" w14:textId="77777777" w:rsidR="001F2361" w:rsidRDefault="00000000">
      <w:r>
        <w:t>WaveCrest Swimming aims to maximise appropriate swimming time while ensuring safety and coaching quality.</w:t>
      </w:r>
    </w:p>
    <w:p w14:paraId="6B62D732" w14:textId="77777777" w:rsidR="001F2361" w:rsidRDefault="00000000">
      <w:r>
        <w:t>A session may need to finish early because of unsafe conditions, water temperature, swimmer wellbeing or other safety concerns.</w:t>
      </w:r>
    </w:p>
    <w:p w14:paraId="49E688CF" w14:textId="77777777" w:rsidR="001F2361" w:rsidRDefault="00000000">
      <w:r>
        <w:t>Where a session is shortened, any refund or alternative arrangement will be considered according to the circumstances and applicable consumer rights.</w:t>
      </w:r>
    </w:p>
    <w:p w14:paraId="2C1B3967" w14:textId="77777777" w:rsidR="001F2361" w:rsidRDefault="00000000">
      <w:pPr>
        <w:pStyle w:val="Heading1"/>
      </w:pPr>
      <w:r>
        <w:t>3. Equipment and Open Water Requirements</w:t>
      </w:r>
    </w:p>
    <w:p w14:paraId="2B75F3D8" w14:textId="77777777" w:rsidR="001F2361" w:rsidRDefault="00000000">
      <w:pPr>
        <w:pStyle w:val="Heading2"/>
      </w:pPr>
      <w:r>
        <w:t>3.1 Required Equipment</w:t>
      </w:r>
    </w:p>
    <w:p w14:paraId="67186D9F" w14:textId="77777777" w:rsidR="001F2361" w:rsidRDefault="00000000">
      <w:r>
        <w:t>Swimmers are responsible for bringing appropriate equipment for their session.</w:t>
      </w:r>
    </w:p>
    <w:p w14:paraId="2F3269E5" w14:textId="77777777" w:rsidR="001F2361" w:rsidRDefault="00000000">
      <w:r>
        <w:lastRenderedPageBreak/>
        <w:t>For open water sessions, this will normally include:</w:t>
      </w:r>
    </w:p>
    <w:p w14:paraId="3C1536B5" w14:textId="77777777" w:rsidR="001F2361" w:rsidRDefault="00000000">
      <w:pPr>
        <w:pStyle w:val="ListBullet"/>
      </w:pPr>
      <w:r>
        <w:t>A suitable swimming wetsuit</w:t>
      </w:r>
    </w:p>
    <w:p w14:paraId="14E0804B" w14:textId="77777777" w:rsidR="001F2361" w:rsidRDefault="00000000">
      <w:pPr>
        <w:pStyle w:val="ListBullet"/>
      </w:pPr>
      <w:r>
        <w:t>A brightly coloured swimming hat</w:t>
      </w:r>
    </w:p>
    <w:p w14:paraId="03A67C1D" w14:textId="77777777" w:rsidR="001F2361" w:rsidRDefault="00000000">
      <w:pPr>
        <w:pStyle w:val="ListBullet"/>
      </w:pPr>
      <w:r>
        <w:t>A tow float</w:t>
      </w:r>
    </w:p>
    <w:p w14:paraId="24F42739" w14:textId="77777777" w:rsidR="001F2361" w:rsidRDefault="00000000">
      <w:pPr>
        <w:pStyle w:val="ListBullet"/>
      </w:pPr>
      <w:r>
        <w:t>Swimming goggles</w:t>
      </w:r>
    </w:p>
    <w:p w14:paraId="45918282" w14:textId="77777777" w:rsidR="001F2361" w:rsidRDefault="00000000">
      <w:r>
        <w:t>Additional equipment may be requested depending on the session.</w:t>
      </w:r>
    </w:p>
    <w:p w14:paraId="7A489608" w14:textId="77777777" w:rsidR="001F2361" w:rsidRDefault="00000000">
      <w:r>
        <w:t>If a swimmer arrives without essential safety equipment, participation may be refused where it cannot be made safe.</w:t>
      </w:r>
    </w:p>
    <w:p w14:paraId="4DB0A4D2" w14:textId="77777777" w:rsidR="001F2361" w:rsidRDefault="00000000">
      <w:pPr>
        <w:pStyle w:val="Heading2"/>
      </w:pPr>
      <w:r>
        <w:t>3.2 Tow Floats</w:t>
      </w:r>
    </w:p>
    <w:p w14:paraId="0CAFE622" w14:textId="77777777" w:rsidR="001F2361" w:rsidRDefault="00000000">
      <w:r>
        <w:t>Tow floats are required for open water sessions where specified by WaveCrest Swimming or the venue.</w:t>
      </w:r>
    </w:p>
    <w:p w14:paraId="531C51A9" w14:textId="77777777" w:rsidR="001F2361" w:rsidRDefault="00000000">
      <w:r>
        <w:t>Tow floats may be available to hire for £5 per session, subject to availability.</w:t>
      </w:r>
    </w:p>
    <w:p w14:paraId="007599CA" w14:textId="77777777" w:rsidR="001F2361" w:rsidRDefault="00000000">
      <w:pPr>
        <w:pStyle w:val="Heading2"/>
      </w:pPr>
      <w:r>
        <w:t>3.3 Wetsuits</w:t>
      </w:r>
    </w:p>
    <w:p w14:paraId="3A99823F" w14:textId="77777777" w:rsidR="001F2361" w:rsidRDefault="00000000">
      <w:r>
        <w:t>Wetsuits are required for most WaveCrest Swimming lake sessions.</w:t>
      </w:r>
    </w:p>
    <w:p w14:paraId="2E2676A4" w14:textId="77777777" w:rsidR="001F2361" w:rsidRDefault="00000000">
      <w:r>
        <w:t>Experienced swimmers who wish to swim without a wetsuit must obtain approval from WaveCrest Swimming in advance.</w:t>
      </w:r>
    </w:p>
    <w:p w14:paraId="14A24906" w14:textId="77777777" w:rsidR="001F2361" w:rsidRDefault="00000000">
      <w:r>
        <w:t>Permission will depend on water temperature, conditions, experience and individual safety considerations.</w:t>
      </w:r>
    </w:p>
    <w:p w14:paraId="30D81DAF" w14:textId="77777777" w:rsidR="001F2361" w:rsidRDefault="00000000">
      <w:r>
        <w:t>WaveCrest Swimming reserves the right to require wetsuit use or refuse participation where necessary for safety.</w:t>
      </w:r>
    </w:p>
    <w:p w14:paraId="6DF78662" w14:textId="77777777" w:rsidR="001F2361" w:rsidRDefault="00000000">
      <w:pPr>
        <w:pStyle w:val="Heading1"/>
      </w:pPr>
      <w:r>
        <w:t>4. Venues, Coaching Groups and Risk Assessments</w:t>
      </w:r>
    </w:p>
    <w:p w14:paraId="4BEB4633" w14:textId="77777777" w:rsidR="001F2361" w:rsidRDefault="00000000">
      <w:pPr>
        <w:pStyle w:val="Heading2"/>
      </w:pPr>
      <w:r>
        <w:t>4.1 Pool and Lake Operators</w:t>
      </w:r>
    </w:p>
    <w:p w14:paraId="1BF1023F" w14:textId="77777777" w:rsidR="001F2361" w:rsidRDefault="00000000">
      <w:r>
        <w:t>WaveCrest Swimming uses a range of swimming pools and open water venues.</w:t>
      </w:r>
    </w:p>
    <w:p w14:paraId="07EFFE10" w14:textId="77777777" w:rsidR="001F2361" w:rsidRDefault="00000000">
      <w:r>
        <w:t>Each venue has its own operating procedures and safety rules, which all swimmers must follow.</w:t>
      </w:r>
    </w:p>
    <w:p w14:paraId="1CF250C1" w14:textId="77777777" w:rsidR="001F2361" w:rsidRDefault="00000000">
      <w:r>
        <w:t>Where a venue refuses entry, WaveCrest Swimming will review the circumstances and any applicable refund entitlement.</w:t>
      </w:r>
    </w:p>
    <w:p w14:paraId="1710C4A6" w14:textId="77777777" w:rsidR="001F2361" w:rsidRDefault="00000000">
      <w:pPr>
        <w:pStyle w:val="Heading2"/>
      </w:pPr>
      <w:r>
        <w:t>4.2 Coaching Groups and Ability Levels</w:t>
      </w:r>
    </w:p>
    <w:p w14:paraId="7954C12F" w14:textId="77777777" w:rsidR="001F2361" w:rsidRDefault="00000000">
      <w:r>
        <w:t>Swimmers may be allocated to groups based on information provided during booking, previous experience or coaching assessment.</w:t>
      </w:r>
    </w:p>
    <w:p w14:paraId="438420B5" w14:textId="77777777" w:rsidR="001F2361" w:rsidRDefault="00000000">
      <w:r>
        <w:t>WaveCrest Swimming reserves the right to recommend a different group where appropriate for safety or effective coaching.</w:t>
      </w:r>
    </w:p>
    <w:p w14:paraId="3EE7AA87" w14:textId="77777777" w:rsidR="001F2361" w:rsidRDefault="00000000">
      <w:r>
        <w:t>If a suitable alternative cannot be offered, any refund due for undelivered services will be provided in accordance with consumer rights.</w:t>
      </w:r>
    </w:p>
    <w:p w14:paraId="5885D0A9" w14:textId="77777777" w:rsidR="001F2361" w:rsidRDefault="00000000">
      <w:pPr>
        <w:pStyle w:val="Heading2"/>
      </w:pPr>
      <w:r>
        <w:t>4.3 Risk Assessments</w:t>
      </w:r>
    </w:p>
    <w:p w14:paraId="20A2D882" w14:textId="77777777" w:rsidR="001F2361" w:rsidRDefault="00000000">
      <w:r>
        <w:t>WaveCrest Swimming carries out risk assessments for its coaching activities and venues.</w:t>
      </w:r>
    </w:p>
    <w:p w14:paraId="2258C965" w14:textId="77777777" w:rsidR="001F2361" w:rsidRDefault="00000000">
      <w:r>
        <w:t>Lake coaching sites are reviewed regularly, including monthly site risk assessments where applicable, with further reviews when conditions or circumstances change.</w:t>
      </w:r>
    </w:p>
    <w:p w14:paraId="4332FD2F" w14:textId="77777777" w:rsidR="001F2361" w:rsidRDefault="00000000">
      <w:r>
        <w:t>The safety and wellbeing of swimmers remain our priority.</w:t>
      </w:r>
    </w:p>
    <w:p w14:paraId="1627D795" w14:textId="77777777" w:rsidR="001F2361" w:rsidRDefault="00000000">
      <w:pPr>
        <w:pStyle w:val="Heading1"/>
      </w:pPr>
      <w:r>
        <w:t>5. Promotional Offers and Discount Codes</w:t>
      </w:r>
    </w:p>
    <w:p w14:paraId="11862B00" w14:textId="77777777" w:rsidR="001F2361" w:rsidRDefault="00000000">
      <w:r>
        <w:t>Promotional offers, trial codes and discounts are provided at the discretion of WaveCrest Swimming.</w:t>
      </w:r>
    </w:p>
    <w:p w14:paraId="632C577E" w14:textId="77777777" w:rsidR="001F2361" w:rsidRDefault="00000000">
      <w:r>
        <w:lastRenderedPageBreak/>
        <w:t>Unless otherwise stated:</w:t>
      </w:r>
    </w:p>
    <w:p w14:paraId="37257B54" w14:textId="77777777" w:rsidR="001F2361" w:rsidRDefault="00000000">
      <w:pPr>
        <w:pStyle w:val="ListBullet"/>
      </w:pPr>
      <w:r>
        <w:t>Trial codes may be used once per customer.</w:t>
      </w:r>
    </w:p>
    <w:p w14:paraId="33F91757" w14:textId="77777777" w:rsidR="001F2361" w:rsidRDefault="00000000">
      <w:pPr>
        <w:pStyle w:val="ListBullet"/>
      </w:pPr>
      <w:r>
        <w:t>Offers cannot be combined.</w:t>
      </w:r>
    </w:p>
    <w:p w14:paraId="76012591" w14:textId="77777777" w:rsidR="001F2361" w:rsidRDefault="00000000">
      <w:pPr>
        <w:pStyle w:val="ListBullet"/>
      </w:pPr>
      <w:r>
        <w:t>Codes cannot be transferred to another customer.</w:t>
      </w:r>
    </w:p>
    <w:p w14:paraId="250B1806" w14:textId="77777777" w:rsidR="001F2361" w:rsidRDefault="00000000">
      <w:pPr>
        <w:pStyle w:val="ListBullet"/>
      </w:pPr>
      <w:r>
        <w:t>WaveCrest Swimming may withdraw or amend future offers.</w:t>
      </w:r>
    </w:p>
    <w:p w14:paraId="35A56AAF" w14:textId="77777777" w:rsidR="001F2361" w:rsidRDefault="00000000">
      <w:r>
        <w:t>Any offer already accepted as part of a confirmed booking will be honoured in accordance with its stated terms.</w:t>
      </w:r>
    </w:p>
    <w:p w14:paraId="25FA8083" w14:textId="77777777" w:rsidR="001F2361" w:rsidRDefault="00000000">
      <w:pPr>
        <w:pStyle w:val="Heading1"/>
      </w:pPr>
      <w:r>
        <w:t>6. Photography, Video Analysis and Copyright</w:t>
      </w:r>
    </w:p>
    <w:p w14:paraId="1620D944" w14:textId="77777777" w:rsidR="001F2361" w:rsidRDefault="00000000">
      <w:r>
        <w:t>WaveCrest Swimming may record photographs or video footage during coaching sessions for technical analysis and feedback.</w:t>
      </w:r>
    </w:p>
    <w:p w14:paraId="053BB79C" w14:textId="77777777" w:rsidR="001F2361" w:rsidRDefault="00000000">
      <w:r>
        <w:t>WaveCrest Swimming retains copyright in original photographs and video footage created by its coaches, subject to applicable law.</w:t>
      </w:r>
    </w:p>
    <w:p w14:paraId="5EFF8E19" w14:textId="77777777" w:rsidR="001F2361" w:rsidRDefault="00000000">
      <w:r>
        <w:t>Coaching footage may be stored and shared through the Onform app or other appropriate systems for coaching purposes.</w:t>
      </w:r>
    </w:p>
    <w:p w14:paraId="0CFB384A" w14:textId="77777777" w:rsidR="001F2361" w:rsidRDefault="00000000">
      <w:r>
        <w:t>Promotional use of identifiable photographs or videos is separate from coaching analysis. WaveCrest Swimming will seek appropriate consent before using identifiable images or videos for marketing, social media or website content.</w:t>
      </w:r>
    </w:p>
    <w:p w14:paraId="1CAB353E" w14:textId="77777777" w:rsidR="001F2361" w:rsidRDefault="00000000">
      <w:r>
        <w:t>You may decline promotional photography without affecting your ability to participate in coaching sessions.</w:t>
      </w:r>
    </w:p>
    <w:p w14:paraId="6F265480" w14:textId="77777777" w:rsidR="001F2361" w:rsidRDefault="00000000">
      <w:r>
        <w:t>To discuss photography preferences or request removal of content, please email cassandra@wavecrestswimming.com, using the subject line OPT OUT PHOTOGRAPHY.</w:t>
      </w:r>
    </w:p>
    <w:p w14:paraId="2C84AF8F" w14:textId="77777777" w:rsidR="001F2361" w:rsidRDefault="00000000">
      <w:pPr>
        <w:pStyle w:val="Heading1"/>
      </w:pPr>
      <w:r>
        <w:t>7. Privacy Statement</w:t>
      </w:r>
    </w:p>
    <w:p w14:paraId="794FBA91" w14:textId="77777777" w:rsidR="001F2361" w:rsidRDefault="00000000">
      <w:r>
        <w:t>WaveCrest Swimming is committed to protecting your personal information and handling it responsibly.</w:t>
      </w:r>
    </w:p>
    <w:p w14:paraId="02B540AB" w14:textId="77777777" w:rsidR="001F2361" w:rsidRDefault="00000000">
      <w:pPr>
        <w:pStyle w:val="Heading2"/>
      </w:pPr>
      <w:r>
        <w:t>7.1 Information We Collect</w:t>
      </w:r>
    </w:p>
    <w:p w14:paraId="7E7E9A7D" w14:textId="77777777" w:rsidR="001F2361" w:rsidRDefault="00000000">
      <w:r>
        <w:t>When booking or participating in a session, we may collect:</w:t>
      </w:r>
    </w:p>
    <w:p w14:paraId="59F99A5B" w14:textId="77777777" w:rsidR="001F2361" w:rsidRDefault="00000000">
      <w:pPr>
        <w:pStyle w:val="ListBullet"/>
      </w:pPr>
      <w:r>
        <w:t>Your name and contact details</w:t>
      </w:r>
    </w:p>
    <w:p w14:paraId="57A389DF" w14:textId="77777777" w:rsidR="001F2361" w:rsidRDefault="00000000">
      <w:pPr>
        <w:pStyle w:val="ListBullet"/>
      </w:pPr>
      <w:r>
        <w:t>Booking and payment information</w:t>
      </w:r>
    </w:p>
    <w:p w14:paraId="37ED10AC" w14:textId="77777777" w:rsidR="001F2361" w:rsidRDefault="00000000">
      <w:pPr>
        <w:pStyle w:val="ListBullet"/>
      </w:pPr>
      <w:r>
        <w:t>Relevant swimming experience and ability information</w:t>
      </w:r>
    </w:p>
    <w:p w14:paraId="1CA5561A" w14:textId="77777777" w:rsidR="001F2361" w:rsidRDefault="00000000">
      <w:pPr>
        <w:pStyle w:val="ListBullet"/>
      </w:pPr>
      <w:r>
        <w:t>Medical or accessibility information necessary for safe coaching</w:t>
      </w:r>
    </w:p>
    <w:p w14:paraId="0DE4DF17" w14:textId="77777777" w:rsidR="001F2361" w:rsidRDefault="00000000">
      <w:pPr>
        <w:pStyle w:val="ListBullet"/>
      </w:pPr>
      <w:r>
        <w:t>Emergency contact information</w:t>
      </w:r>
    </w:p>
    <w:p w14:paraId="204F3F50" w14:textId="77777777" w:rsidR="001F2361" w:rsidRDefault="00000000">
      <w:pPr>
        <w:pStyle w:val="ListBullet"/>
      </w:pPr>
      <w:r>
        <w:t>Photographs and video footage where appropriate</w:t>
      </w:r>
    </w:p>
    <w:p w14:paraId="1B3C9E41" w14:textId="77777777" w:rsidR="001F2361" w:rsidRDefault="00000000">
      <w:pPr>
        <w:pStyle w:val="Heading2"/>
      </w:pPr>
      <w:r>
        <w:t>7.2 How We Use Your Information</w:t>
      </w:r>
    </w:p>
    <w:p w14:paraId="7F8FF44F" w14:textId="77777777" w:rsidR="001F2361" w:rsidRDefault="00000000">
      <w:r>
        <w:t>We use personal information to:</w:t>
      </w:r>
    </w:p>
    <w:p w14:paraId="509C6C97" w14:textId="77777777" w:rsidR="001F2361" w:rsidRDefault="00000000">
      <w:pPr>
        <w:pStyle w:val="ListBullet"/>
      </w:pPr>
      <w:r>
        <w:t>Manage bookings and payments</w:t>
      </w:r>
    </w:p>
    <w:p w14:paraId="1BFEBA4B" w14:textId="77777777" w:rsidR="001F2361" w:rsidRDefault="00000000">
      <w:pPr>
        <w:pStyle w:val="ListBullet"/>
      </w:pPr>
      <w:r>
        <w:t>Communicate about sessions</w:t>
      </w:r>
    </w:p>
    <w:p w14:paraId="163D9622" w14:textId="77777777" w:rsidR="001F2361" w:rsidRDefault="00000000">
      <w:pPr>
        <w:pStyle w:val="ListBullet"/>
      </w:pPr>
      <w:r>
        <w:t>Provide safe and appropriate coaching</w:t>
      </w:r>
    </w:p>
    <w:p w14:paraId="53B54362" w14:textId="77777777" w:rsidR="001F2361" w:rsidRDefault="00000000">
      <w:pPr>
        <w:pStyle w:val="ListBullet"/>
      </w:pPr>
      <w:r>
        <w:t>Respond to emergencies</w:t>
      </w:r>
    </w:p>
    <w:p w14:paraId="6BE6E6CF" w14:textId="77777777" w:rsidR="001F2361" w:rsidRDefault="00000000">
      <w:pPr>
        <w:pStyle w:val="ListBullet"/>
      </w:pPr>
      <w:r>
        <w:t>Maintain necessary business records</w:t>
      </w:r>
    </w:p>
    <w:p w14:paraId="143175BC" w14:textId="77777777" w:rsidR="001F2361" w:rsidRDefault="00000000">
      <w:pPr>
        <w:pStyle w:val="ListBullet"/>
      </w:pPr>
      <w:r>
        <w:t>Provide coaching feedback and video analysis</w:t>
      </w:r>
    </w:p>
    <w:p w14:paraId="487E5B61" w14:textId="77777777" w:rsidR="001F2361" w:rsidRDefault="00000000">
      <w:pPr>
        <w:pStyle w:val="ListBullet"/>
      </w:pPr>
      <w:r>
        <w:t>Send marketing communications where permitted by law</w:t>
      </w:r>
    </w:p>
    <w:p w14:paraId="328466EA" w14:textId="77777777" w:rsidR="001F2361" w:rsidRDefault="00000000">
      <w:r>
        <w:t>We will process personal information in accordance with applicable UK data protection legislation.</w:t>
      </w:r>
    </w:p>
    <w:p w14:paraId="1C6CEE36" w14:textId="77777777" w:rsidR="001F2361" w:rsidRDefault="00000000">
      <w:pPr>
        <w:pStyle w:val="Heading2"/>
      </w:pPr>
      <w:r>
        <w:t>7.3 Sharing Information</w:t>
      </w:r>
    </w:p>
    <w:p w14:paraId="19FB40DF" w14:textId="77777777" w:rsidR="001F2361" w:rsidRDefault="00000000">
      <w:r>
        <w:t>We do not sell personal information.</w:t>
      </w:r>
    </w:p>
    <w:p w14:paraId="56F467C7" w14:textId="77777777" w:rsidR="001F2361" w:rsidRDefault="00000000">
      <w:r>
        <w:lastRenderedPageBreak/>
        <w:t>Information may be shared with trusted service providers where necessary to operate our services, including payment processors, booking systems and secure cloud services.</w:t>
      </w:r>
    </w:p>
    <w:p w14:paraId="793E230B" w14:textId="77777777" w:rsidR="001F2361" w:rsidRDefault="00000000">
      <w:r>
        <w:t>Relevant medical information may be shared with emergency services or other appropriate professionals where necessary to protect someone's health or safety.</w:t>
      </w:r>
    </w:p>
    <w:p w14:paraId="5FD35075" w14:textId="77777777" w:rsidR="001F2361" w:rsidRDefault="00000000">
      <w:pPr>
        <w:pStyle w:val="Heading2"/>
      </w:pPr>
      <w:r>
        <w:t>7.4 Google Forms and Digital Storage</w:t>
      </w:r>
    </w:p>
    <w:p w14:paraId="48C29542" w14:textId="77777777" w:rsidR="001F2361" w:rsidRDefault="00000000">
      <w:r>
        <w:t>WaveCrest Swimming may use Google Forms to collect booking information, medical declarations and other relevant details.</w:t>
      </w:r>
    </w:p>
    <w:p w14:paraId="6BE4EF5F" w14:textId="77777777" w:rsidR="001F2361" w:rsidRDefault="00000000">
      <w:r>
        <w:t>We will explain why information is being requested and take reasonable steps to store it securely.</w:t>
      </w:r>
    </w:p>
    <w:p w14:paraId="48C00D04" w14:textId="77777777" w:rsidR="001F2361" w:rsidRDefault="00000000">
      <w:r>
        <w:t>Digital records, photographs and coaching footage may be stored using secure devices, cloud services and coaching applications.</w:t>
      </w:r>
    </w:p>
    <w:p w14:paraId="0AC035E3" w14:textId="77777777" w:rsidR="001F2361" w:rsidRDefault="00000000">
      <w:r>
        <w:t>Information will be retained only for as long as necessary for the relevant purpose or legal obligations.</w:t>
      </w:r>
    </w:p>
    <w:p w14:paraId="0ADFFA5E" w14:textId="77777777" w:rsidR="001F2361" w:rsidRDefault="00000000">
      <w:pPr>
        <w:pStyle w:val="Heading2"/>
      </w:pPr>
      <w:r>
        <w:t>7.5 Mailing Lists</w:t>
      </w:r>
    </w:p>
    <w:p w14:paraId="4D94A4C4" w14:textId="77777777" w:rsidR="001F2361" w:rsidRDefault="00000000">
      <w:r>
        <w:t>Customers may be invited to subscribe to WaveCrest Swimming newsletters and updates.</w:t>
      </w:r>
    </w:p>
    <w:p w14:paraId="5A81CB05" w14:textId="77777777" w:rsidR="001F2361" w:rsidRDefault="00000000">
      <w:r>
        <w:t>Marketing emails will be sent where appropriate consent or another lawful basis applies.</w:t>
      </w:r>
    </w:p>
    <w:p w14:paraId="40565429" w14:textId="77777777" w:rsidR="001F2361" w:rsidRDefault="00000000">
      <w:r>
        <w:t>You can unsubscribe from marketing communications at any time.</w:t>
      </w:r>
    </w:p>
    <w:p w14:paraId="4AE77E76" w14:textId="77777777" w:rsidR="001F2361" w:rsidRDefault="00000000">
      <w:pPr>
        <w:pStyle w:val="Heading2"/>
      </w:pPr>
      <w:r>
        <w:t>7.6 Cookies</w:t>
      </w:r>
    </w:p>
    <w:p w14:paraId="2DEB5F57" w14:textId="77777777" w:rsidR="001F2361" w:rsidRDefault="00000000">
      <w:r>
        <w:t>Our website may use cookies to support functionality and improve the user experience.</w:t>
      </w:r>
    </w:p>
    <w:p w14:paraId="39B56AB7" w14:textId="77777777" w:rsidR="001F2361" w:rsidRDefault="00000000">
      <w:r>
        <w:t>Where consent is legally required for cookies, it will be requested.</w:t>
      </w:r>
    </w:p>
    <w:p w14:paraId="7FCBCDB6" w14:textId="77777777" w:rsidR="001F2361" w:rsidRDefault="00000000">
      <w:r>
        <w:t>You can manage cookies through your browser settings.</w:t>
      </w:r>
    </w:p>
    <w:p w14:paraId="489FBA26" w14:textId="77777777" w:rsidR="001F2361" w:rsidRDefault="00000000">
      <w:pPr>
        <w:pStyle w:val="Heading2"/>
      </w:pPr>
      <w:r>
        <w:t>7.7 Your Data Protection Rights</w:t>
      </w:r>
    </w:p>
    <w:p w14:paraId="32B52763" w14:textId="77777777" w:rsidR="001F2361" w:rsidRDefault="00000000">
      <w:r>
        <w:t>You may have the right to request access to, correction of or deletion of your personal information, and to object to or restrict certain processing.</w:t>
      </w:r>
    </w:p>
    <w:p w14:paraId="6AB4C3CC" w14:textId="77777777" w:rsidR="001F2361" w:rsidRDefault="00000000">
      <w:r>
        <w:t>To make a request, contact cassandra@wavecrestswimming.com.</w:t>
      </w:r>
    </w:p>
    <w:p w14:paraId="33C86A36" w14:textId="77777777" w:rsidR="001F2361" w:rsidRDefault="00000000">
      <w:pPr>
        <w:pStyle w:val="Heading1"/>
      </w:pPr>
      <w:r>
        <w:t>8. Safeguarding</w:t>
      </w:r>
    </w:p>
    <w:p w14:paraId="2A9F722F" w14:textId="77777777" w:rsidR="001F2361" w:rsidRDefault="00000000">
      <w:r>
        <w:t>WaveCrest Swimming is committed to providing a safe, supportive and inclusive environment for children, young people and adults at risk.</w:t>
      </w:r>
    </w:p>
    <w:p w14:paraId="41EC4360" w14:textId="77777777" w:rsidR="001F2361" w:rsidRDefault="00000000">
      <w:r>
        <w:t>Coaches working with children or adults at risk must hold appropriate safeguarding training and DBS checks in line with their role and applicable requirements.</w:t>
      </w:r>
    </w:p>
    <w:p w14:paraId="1FE18C99" w14:textId="77777777" w:rsidR="001F2361" w:rsidRDefault="00000000">
      <w:r>
        <w:t>WaveCrest Swimming follows relevant safeguarding guidance, including that of Swim England.</w:t>
      </w:r>
    </w:p>
    <w:p w14:paraId="2ADB9171" w14:textId="77777777" w:rsidR="001F2361" w:rsidRDefault="00000000">
      <w:pPr>
        <w:pStyle w:val="Heading2"/>
      </w:pPr>
      <w:r>
        <w:t>Communication with Minors</w:t>
      </w:r>
    </w:p>
    <w:p w14:paraId="446756F2" w14:textId="77777777" w:rsidR="001F2361" w:rsidRDefault="00000000">
      <w:r>
        <w:t>Where a coach needs to communicate with a child or young person about swimming or coaching:</w:t>
      </w:r>
    </w:p>
    <w:p w14:paraId="4B7F52E9" w14:textId="77777777" w:rsidR="001F2361" w:rsidRDefault="00000000">
      <w:pPr>
        <w:pStyle w:val="ListBullet"/>
      </w:pPr>
      <w:r>
        <w:t>A parent or guardian will be included in relevant email correspondence.</w:t>
      </w:r>
    </w:p>
    <w:p w14:paraId="6E9C9C0B" w14:textId="77777777" w:rsidR="001F2361" w:rsidRDefault="00000000">
      <w:pPr>
        <w:pStyle w:val="ListBullet"/>
      </w:pPr>
      <w:r>
        <w:t>Communication through the Onform app will be shared with or accessible to the parent or guardian.</w:t>
      </w:r>
    </w:p>
    <w:p w14:paraId="091B4550" w14:textId="77777777" w:rsidR="001F2361" w:rsidRDefault="00000000">
      <w:pPr>
        <w:pStyle w:val="ListBullet"/>
      </w:pPr>
      <w:r>
        <w:t>Coaches will not use private, unmonitored WhatsApp messages or personal email conversations to communicate directly with minors.</w:t>
      </w:r>
    </w:p>
    <w:p w14:paraId="763ED684" w14:textId="77777777" w:rsidR="001F2361" w:rsidRDefault="00000000">
      <w:r>
        <w:t>The same safeguarding principles will be applied, where appropriate, to adults at risk.</w:t>
      </w:r>
    </w:p>
    <w:p w14:paraId="63B87897" w14:textId="77777777" w:rsidR="001F2361" w:rsidRDefault="00000000">
      <w:r>
        <w:lastRenderedPageBreak/>
        <w:t>Please refer to the full WaveCrest Swimming Safeguarding Policy for further information, including how to report a concern.</w:t>
      </w:r>
    </w:p>
    <w:p w14:paraId="36F7359D" w14:textId="77777777" w:rsidR="001F2361" w:rsidRDefault="00000000">
      <w:pPr>
        <w:pStyle w:val="Heading1"/>
      </w:pPr>
      <w:r>
        <w:t>9. Consumer Rights and Agreement</w:t>
      </w:r>
    </w:p>
    <w:p w14:paraId="44D08C12" w14:textId="77777777" w:rsidR="001F2361" w:rsidRDefault="00000000">
      <w:r>
        <w:t>Nothing in these terms and conditions excludes or restricts your statutory rights under UK consumer law.</w:t>
      </w:r>
    </w:p>
    <w:p w14:paraId="0F9A65AF" w14:textId="77777777" w:rsidR="001F2361" w:rsidRDefault="00000000">
      <w:r>
        <w:t>Cancellation charges and refund decisions will be applied fairly and proportionately, taking account of the services booked, costs reasonably incurred and circumstances of cancellation.</w:t>
      </w:r>
    </w:p>
    <w:p w14:paraId="313BA791" w14:textId="77777777" w:rsidR="001F2361" w:rsidRDefault="00000000">
      <w:r>
        <w:t>By confirming your booking with WaveCrest Swimming, you acknowledge that you have read and understood these terms and agree to the conditions applicable to your booking.</w:t>
      </w:r>
    </w:p>
    <w:sectPr w:rsidR="001F2361" w:rsidSect="00034616">
      <w:footerReference w:type="default" r:id="rId8"/>
      <w:pgSz w:w="12240" w:h="15840"/>
      <w:pgMar w:top="1123" w:right="1224" w:bottom="1037"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643DA4" w14:textId="77777777" w:rsidR="00BB674C" w:rsidRDefault="00BB674C">
      <w:pPr>
        <w:spacing w:after="0" w:line="240" w:lineRule="auto"/>
      </w:pPr>
      <w:r>
        <w:separator/>
      </w:r>
    </w:p>
  </w:endnote>
  <w:endnote w:type="continuationSeparator" w:id="0">
    <w:p w14:paraId="2671ACA6" w14:textId="77777777" w:rsidR="00BB674C" w:rsidRDefault="00BB6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9506D7" w14:textId="77777777" w:rsidR="001F2361" w:rsidRDefault="00000000">
    <w:pPr>
      <w:pStyle w:val="Footer"/>
      <w:jc w:val="center"/>
    </w:pPr>
    <w:r>
      <w:rPr>
        <w:sz w:val="16"/>
      </w:rPr>
      <w:t>WaveCrest Swimming  •  Terms, Conditions &amp; Privacy Statement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03E3E2" w14:textId="77777777" w:rsidR="00BB674C" w:rsidRDefault="00BB674C">
      <w:pPr>
        <w:spacing w:after="0" w:line="240" w:lineRule="auto"/>
      </w:pPr>
      <w:r>
        <w:separator/>
      </w:r>
    </w:p>
  </w:footnote>
  <w:footnote w:type="continuationSeparator" w:id="0">
    <w:p w14:paraId="3745C443" w14:textId="77777777" w:rsidR="00BB674C" w:rsidRDefault="00BB6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317227">
    <w:abstractNumId w:val="8"/>
  </w:num>
  <w:num w:numId="2" w16cid:durableId="1210730852">
    <w:abstractNumId w:val="6"/>
  </w:num>
  <w:num w:numId="3" w16cid:durableId="299655588">
    <w:abstractNumId w:val="5"/>
  </w:num>
  <w:num w:numId="4" w16cid:durableId="2124886259">
    <w:abstractNumId w:val="4"/>
  </w:num>
  <w:num w:numId="5" w16cid:durableId="96367198">
    <w:abstractNumId w:val="7"/>
  </w:num>
  <w:num w:numId="6" w16cid:durableId="521554398">
    <w:abstractNumId w:val="3"/>
  </w:num>
  <w:num w:numId="7" w16cid:durableId="2068606451">
    <w:abstractNumId w:val="2"/>
  </w:num>
  <w:num w:numId="8" w16cid:durableId="1404908490">
    <w:abstractNumId w:val="1"/>
  </w:num>
  <w:num w:numId="9" w16cid:durableId="13629037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2361"/>
    <w:rsid w:val="0029639D"/>
    <w:rsid w:val="00326F90"/>
    <w:rsid w:val="00A82BA7"/>
    <w:rsid w:val="00AA1D8D"/>
    <w:rsid w:val="00B47730"/>
    <w:rsid w:val="00BB674C"/>
    <w:rsid w:val="00CB0664"/>
    <w:rsid w:val="00E227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E26A5D"/>
  <w14:defaultImageDpi w14:val="300"/>
  <w15:docId w15:val="{8FEF30EA-5AF4-AF4F-AFE7-98778B3E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19"/>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64B60"/>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67D92"/>
      <w:sz w:val="23"/>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b/>
      <w:bCs/>
      <w:color w:val="164B6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164B6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2555</Words>
  <Characters>14568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Cassandra Patten</cp:lastModifiedBy>
  <cp:revision>2</cp:revision>
  <dcterms:created xsi:type="dcterms:W3CDTF">2026-10-15T10:58:00Z</dcterms:created>
  <dcterms:modified xsi:type="dcterms:W3CDTF">2026-10-15T10:58:00Z</dcterms:modified>
  <cp:category/>
</cp:coreProperties>
</file>